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F757E" w14:textId="77777777" w:rsidR="00FC2CA0" w:rsidRDefault="00FC2CA0" w:rsidP="00FC2CA0">
      <w:r>
        <w:rPr>
          <w:rFonts w:ascii="Century Gothic" w:eastAsia="Century Gothic" w:hAnsi="Century Gothic"/>
          <w:b/>
          <w:sz w:val="32"/>
        </w:rPr>
        <w:t>Preparing your submission</w:t>
      </w:r>
    </w:p>
    <w:p w14:paraId="188B265D" w14:textId="77777777" w:rsidR="00FC2CA0" w:rsidRDefault="00FC2CA0" w:rsidP="00FC2CA0">
      <w:r>
        <w:rPr>
          <w:rFonts w:ascii="Century Gothic" w:eastAsia="Century Gothic" w:hAnsi="Century Gothic"/>
        </w:rPr>
        <w:t>Submissions close 15 May 2026.</w:t>
      </w:r>
    </w:p>
    <w:p w14:paraId="2D4B6B1E" w14:textId="77777777" w:rsidR="00FC2CA0" w:rsidRDefault="00FC2CA0" w:rsidP="00FC2CA0">
      <w:r>
        <w:rPr>
          <w:rFonts w:ascii="Century Gothic" w:eastAsia="Century Gothic" w:hAnsi="Century Gothic"/>
        </w:rPr>
        <w:t>https://www.aph.gov.au/Parliamentary_Business/Committees/Senate/Community_Affairs/EpilepsyinAustralia</w:t>
      </w:r>
    </w:p>
    <w:p w14:paraId="4159339E" w14:textId="77777777" w:rsidR="00FC2CA0" w:rsidRDefault="00FC2CA0" w:rsidP="00FC2CA0">
      <w:r>
        <w:rPr>
          <w:rFonts w:ascii="Century Gothic" w:eastAsia="Century Gothic" w:hAnsi="Century Gothic"/>
        </w:rPr>
        <w:t>• Keep it clear and focused</w:t>
      </w:r>
    </w:p>
    <w:p w14:paraId="161E0673" w14:textId="77777777" w:rsidR="00FC2CA0" w:rsidRDefault="00FC2CA0" w:rsidP="00FC2CA0">
      <w:r>
        <w:rPr>
          <w:rFonts w:ascii="Century Gothic" w:eastAsia="Century Gothic" w:hAnsi="Century Gothic"/>
        </w:rPr>
        <w:t>• Use real examples</w:t>
      </w:r>
    </w:p>
    <w:p w14:paraId="4698313A" w14:textId="77777777" w:rsidR="000021FA" w:rsidRDefault="00FC2CA0" w:rsidP="000021FA">
      <w:pPr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• Include practical suggestions</w:t>
      </w:r>
    </w:p>
    <w:p w14:paraId="7A86D5B4" w14:textId="77777777" w:rsidR="000021FA" w:rsidRDefault="000021FA" w:rsidP="000021FA">
      <w:pPr>
        <w:rPr>
          <w:rFonts w:ascii="Century Gothic" w:eastAsia="Century Gothic" w:hAnsi="Century Gothic"/>
        </w:rPr>
      </w:pPr>
    </w:p>
    <w:p w14:paraId="13135BA7" w14:textId="77777777" w:rsidR="000021FA" w:rsidRDefault="000021FA" w:rsidP="000021FA">
      <w:pPr>
        <w:rPr>
          <w:rFonts w:ascii="Century Gothic" w:eastAsia="Century Gothic" w:hAnsi="Century Gothic"/>
        </w:rPr>
      </w:pPr>
    </w:p>
    <w:p w14:paraId="6FEEDBE0" w14:textId="21C16383" w:rsidR="000021FA" w:rsidRDefault="000021FA" w:rsidP="000021FA">
      <w:pPr>
        <w:rPr>
          <w:rFonts w:ascii="Century Gothic" w:eastAsia="Century Gothic" w:hAnsi="Century Gothic"/>
          <w:b/>
          <w:sz w:val="32"/>
        </w:rPr>
      </w:pPr>
      <w:r>
        <w:rPr>
          <w:rFonts w:ascii="Century Gothic" w:eastAsia="Century Gothic" w:hAnsi="Century Gothic"/>
          <w:b/>
          <w:sz w:val="32"/>
        </w:rPr>
        <w:t>Important – where to start</w:t>
      </w:r>
    </w:p>
    <w:p w14:paraId="39761C15" w14:textId="77777777" w:rsidR="000021FA" w:rsidRDefault="000021FA" w:rsidP="000021FA">
      <w:pPr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  <w:highlight w:val="yellow"/>
        </w:rPr>
        <w:t>This first page is a guide only.</w:t>
      </w:r>
      <w:r>
        <w:rPr>
          <w:rFonts w:ascii="Century Gothic" w:eastAsia="Century Gothic" w:hAnsi="Century Gothic"/>
        </w:rPr>
        <w:br/>
        <w:t>Do not write your submission on this page.</w:t>
      </w:r>
    </w:p>
    <w:p w14:paraId="03202747" w14:textId="77777777" w:rsidR="000021FA" w:rsidRDefault="000021FA" w:rsidP="000021FA">
      <w:pPr>
        <w:rPr>
          <w:rFonts w:ascii="Century Gothic" w:eastAsia="Century Gothic" w:hAnsi="Century Gothic"/>
        </w:rPr>
      </w:pPr>
      <w:r>
        <w:rPr>
          <w:rFonts w:ascii="Segoe UI Emoji" w:eastAsia="Century Gothic" w:hAnsi="Segoe UI Emoji" w:cs="Segoe UI Emoji"/>
        </w:rPr>
        <w:t>➡️</w:t>
      </w:r>
      <w:r>
        <w:rPr>
          <w:rFonts w:ascii="Century Gothic" w:eastAsia="Century Gothic" w:hAnsi="Century Gothic"/>
        </w:rPr>
        <w:t xml:space="preserve"> </w:t>
      </w:r>
      <w:r>
        <w:rPr>
          <w:rFonts w:ascii="Century Gothic" w:eastAsia="Century Gothic" w:hAnsi="Century Gothic"/>
          <w:b/>
          <w:bCs/>
        </w:rPr>
        <w:t>Start your submission from Page 2</w:t>
      </w:r>
    </w:p>
    <w:p w14:paraId="038F7383" w14:textId="77777777" w:rsidR="000021FA" w:rsidRDefault="000021FA" w:rsidP="000021FA">
      <w:pPr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Please:</w:t>
      </w:r>
    </w:p>
    <w:p w14:paraId="314F1C38" w14:textId="77777777" w:rsidR="000021FA" w:rsidRDefault="000021FA" w:rsidP="000021FA">
      <w:pPr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 xml:space="preserve">Use Page 2 onwards as your template </w:t>
      </w:r>
    </w:p>
    <w:p w14:paraId="42FA6095" w14:textId="77777777" w:rsidR="000021FA" w:rsidRDefault="000021FA" w:rsidP="000021FA">
      <w:pPr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 xml:space="preserve">Replace all placeholder text with your own content </w:t>
      </w:r>
    </w:p>
    <w:p w14:paraId="1A581354" w14:textId="77777777" w:rsidR="000021FA" w:rsidRDefault="000021FA" w:rsidP="000021FA">
      <w:pPr>
        <w:rPr>
          <w:rFonts w:ascii="Century Gothic" w:eastAsia="Century Gothic" w:hAnsi="Century Gothic"/>
        </w:rPr>
      </w:pPr>
      <w:r>
        <w:rPr>
          <w:rFonts w:ascii="Century Gothic" w:eastAsia="Century Gothic" w:hAnsi="Century Gothic"/>
        </w:rPr>
        <w:t>Delete any sections that are not relevant</w:t>
      </w:r>
    </w:p>
    <w:p w14:paraId="18EA1949" w14:textId="3FEA3B8E" w:rsidR="00FC2CA0" w:rsidRDefault="00FC2CA0" w:rsidP="00FC2CA0">
      <w:pPr>
        <w:rPr>
          <w:rFonts w:ascii="Century Gothic" w:eastAsia="Century Gothic" w:hAnsi="Century Gothic"/>
        </w:rPr>
      </w:pPr>
    </w:p>
    <w:p w14:paraId="64AEF779" w14:textId="77777777" w:rsidR="000021FA" w:rsidRDefault="000021FA" w:rsidP="00FC2CA0">
      <w:pPr>
        <w:rPr>
          <w:rFonts w:ascii="Century Gothic" w:eastAsia="Century Gothic" w:hAnsi="Century Gothic"/>
        </w:rPr>
      </w:pPr>
    </w:p>
    <w:p w14:paraId="1468FF41" w14:textId="77777777" w:rsidR="000021FA" w:rsidRDefault="000021FA" w:rsidP="00FC2CA0">
      <w:pPr>
        <w:rPr>
          <w:rFonts w:ascii="Century Gothic" w:eastAsia="Century Gothic" w:hAnsi="Century Gothic"/>
        </w:rPr>
      </w:pPr>
    </w:p>
    <w:p w14:paraId="1473D3BA" w14:textId="77777777" w:rsidR="000021FA" w:rsidRDefault="000021FA" w:rsidP="00FC2CA0">
      <w:pPr>
        <w:rPr>
          <w:rFonts w:ascii="Century Gothic" w:eastAsia="Century Gothic" w:hAnsi="Century Gothic"/>
        </w:rPr>
      </w:pPr>
    </w:p>
    <w:p w14:paraId="7E0AC7E1" w14:textId="77777777" w:rsidR="000021FA" w:rsidRDefault="000021FA" w:rsidP="00FC2CA0"/>
    <w:p w14:paraId="6EB56034" w14:textId="77777777" w:rsidR="00FC2CA0" w:rsidRDefault="00FC2CA0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66EFDF67" w14:textId="1FB38FAB" w:rsidR="0076202C" w:rsidRDefault="0076202C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lastRenderedPageBreak/>
        <w:t xml:space="preserve">&lt;Your </w:t>
      </w:r>
      <w:r>
        <w:rPr>
          <w:rFonts w:ascii="Century Gothic" w:hAnsi="Century Gothic"/>
        </w:rPr>
        <w:t>Full Name</w:t>
      </w:r>
      <w:r w:rsidRPr="00F151FD">
        <w:rPr>
          <w:rFonts w:ascii="Century Gothic" w:hAnsi="Century Gothic"/>
        </w:rPr>
        <w:t>&gt;</w:t>
      </w:r>
    </w:p>
    <w:p w14:paraId="7CB2E65F" w14:textId="05249189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&lt;Your Address&gt;</w:t>
      </w:r>
    </w:p>
    <w:p w14:paraId="763CBDD3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&lt;City, State, Postcode&gt;</w:t>
      </w:r>
    </w:p>
    <w:p w14:paraId="134B3679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&lt;Email Address&gt;</w:t>
      </w:r>
    </w:p>
    <w:p w14:paraId="47758C4F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&lt;Phone Number&gt;</w:t>
      </w:r>
    </w:p>
    <w:p w14:paraId="03949010" w14:textId="77777777" w:rsidR="009512A6" w:rsidRPr="00F151FD" w:rsidRDefault="009512A6">
      <w:pPr>
        <w:rPr>
          <w:rFonts w:ascii="Century Gothic" w:hAnsi="Century Gothic"/>
        </w:rPr>
      </w:pPr>
    </w:p>
    <w:p w14:paraId="756775B9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Committee Secretary</w:t>
      </w:r>
    </w:p>
    <w:p w14:paraId="1D1C3817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Senate Standing Committees on Community Affairs</w:t>
      </w:r>
    </w:p>
    <w:p w14:paraId="5EA083D3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PO Box 6100</w:t>
      </w:r>
    </w:p>
    <w:p w14:paraId="4EEE1BB4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Parliament House</w:t>
      </w:r>
    </w:p>
    <w:p w14:paraId="1FA9B15E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Canberra ACT 2600</w:t>
      </w:r>
    </w:p>
    <w:p w14:paraId="4C0628FB" w14:textId="77777777" w:rsidR="009512A6" w:rsidRPr="00F151FD" w:rsidRDefault="009512A6">
      <w:pPr>
        <w:rPr>
          <w:rFonts w:ascii="Century Gothic" w:hAnsi="Century Gothic"/>
        </w:rPr>
      </w:pPr>
    </w:p>
    <w:p w14:paraId="235F0A1D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[Date]</w:t>
      </w:r>
    </w:p>
    <w:p w14:paraId="1013C7B7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61E16E67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Dear Committee Secretary,</w:t>
      </w:r>
    </w:p>
    <w:p w14:paraId="205544BB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023A6F36" w14:textId="77777777" w:rsidR="009512A6" w:rsidRPr="00F151FD" w:rsidRDefault="008719BB" w:rsidP="00F67910">
      <w:pPr>
        <w:spacing w:after="0"/>
        <w:rPr>
          <w:rFonts w:ascii="Century Gothic" w:hAnsi="Century Gothic"/>
          <w:b/>
          <w:bCs/>
        </w:rPr>
      </w:pPr>
      <w:r w:rsidRPr="00F151FD">
        <w:rPr>
          <w:rFonts w:ascii="Century Gothic" w:hAnsi="Century Gothic"/>
          <w:b/>
          <w:bCs/>
        </w:rPr>
        <w:t>Re:</w:t>
      </w:r>
      <w:r w:rsidRPr="00F151FD">
        <w:rPr>
          <w:rFonts w:ascii="Century Gothic" w:hAnsi="Century Gothic"/>
        </w:rPr>
        <w:t xml:space="preserve"> </w:t>
      </w:r>
      <w:r w:rsidRPr="00F151FD">
        <w:rPr>
          <w:rFonts w:ascii="Century Gothic" w:hAnsi="Century Gothic"/>
          <w:b/>
          <w:bCs/>
        </w:rPr>
        <w:t>Submission – Senate Inquiry into Epilepsy in Australia</w:t>
      </w:r>
    </w:p>
    <w:p w14:paraId="16C923B7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3D6BE6B2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I am writing as a [person living with epilepsy / parent / carer] to share my perspective.</w:t>
      </w:r>
    </w:p>
    <w:p w14:paraId="6F7E0285" w14:textId="77777777" w:rsidR="009512A6" w:rsidRPr="00557BE3" w:rsidRDefault="009512A6" w:rsidP="00F67910">
      <w:pPr>
        <w:spacing w:after="0"/>
        <w:rPr>
          <w:rFonts w:ascii="Century Gothic" w:hAnsi="Century Gothic"/>
          <w:sz w:val="24"/>
          <w:szCs w:val="24"/>
        </w:rPr>
      </w:pPr>
    </w:p>
    <w:p w14:paraId="50338993" w14:textId="77777777" w:rsidR="009512A6" w:rsidRPr="00557BE3" w:rsidRDefault="008719BB" w:rsidP="00F67910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557BE3">
        <w:rPr>
          <w:rFonts w:ascii="Century Gothic" w:hAnsi="Century Gothic"/>
          <w:b/>
          <w:bCs/>
          <w:sz w:val="24"/>
          <w:szCs w:val="24"/>
        </w:rPr>
        <w:t>Relevant Areas of the Inquiry (Optional)</w:t>
      </w:r>
    </w:p>
    <w:p w14:paraId="64319D8C" w14:textId="32256469" w:rsidR="009512A6" w:rsidRPr="00F151FD" w:rsidRDefault="008719BB" w:rsidP="00F67910">
      <w:pPr>
        <w:spacing w:after="0"/>
        <w:rPr>
          <w:rFonts w:ascii="Century Gothic" w:hAnsi="Century Gothic"/>
          <w:i/>
          <w:iCs/>
        </w:rPr>
      </w:pPr>
      <w:r w:rsidRPr="00F151FD">
        <w:rPr>
          <w:rFonts w:ascii="Century Gothic" w:hAnsi="Century Gothic"/>
          <w:i/>
          <w:iCs/>
        </w:rPr>
        <w:t>(You may include this section or omit it)</w:t>
      </w:r>
    </w:p>
    <w:p w14:paraId="5E75F932" w14:textId="77777777" w:rsidR="009512A6" w:rsidRPr="00F151FD" w:rsidRDefault="009512A6" w:rsidP="00F67910">
      <w:pPr>
        <w:spacing w:after="0" w:line="240" w:lineRule="auto"/>
        <w:rPr>
          <w:rFonts w:ascii="Century Gothic" w:hAnsi="Century Gothic"/>
        </w:rPr>
      </w:pPr>
    </w:p>
    <w:p w14:paraId="6EE5DE3C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Diagnosis and access to care</w:t>
      </w:r>
    </w:p>
    <w:p w14:paraId="038B934B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Treatment and care pathways</w:t>
      </w:r>
    </w:p>
    <w:p w14:paraId="1C9E6284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Awareness, education, and safety</w:t>
      </w:r>
    </w:p>
    <w:p w14:paraId="03361343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Research and data</w:t>
      </w:r>
    </w:p>
    <w:p w14:paraId="4C8D9262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Lived experience and quality of life</w:t>
      </w:r>
    </w:p>
    <w:p w14:paraId="6E359769" w14:textId="77777777" w:rsidR="009512A6" w:rsidRPr="00F151FD" w:rsidRDefault="009512A6" w:rsidP="00F67910">
      <w:pPr>
        <w:spacing w:after="0" w:line="240" w:lineRule="auto"/>
        <w:rPr>
          <w:rFonts w:ascii="Century Gothic" w:hAnsi="Century Gothic"/>
        </w:rPr>
      </w:pPr>
    </w:p>
    <w:p w14:paraId="18FE97E0" w14:textId="77777777" w:rsidR="009512A6" w:rsidRPr="00F151FD" w:rsidRDefault="008719BB" w:rsidP="00F67910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F151FD">
        <w:rPr>
          <w:rFonts w:ascii="Century Gothic" w:hAnsi="Century Gothic"/>
          <w:b/>
          <w:bCs/>
          <w:sz w:val="24"/>
          <w:szCs w:val="24"/>
        </w:rPr>
        <w:t>Your Perspective</w:t>
      </w:r>
    </w:p>
    <w:p w14:paraId="7A15223F" w14:textId="77777777" w:rsidR="009512A6" w:rsidRPr="00F151FD" w:rsidRDefault="009512A6" w:rsidP="00F67910">
      <w:pPr>
        <w:spacing w:after="0" w:line="240" w:lineRule="auto"/>
        <w:rPr>
          <w:rFonts w:ascii="Century Gothic" w:hAnsi="Century Gothic"/>
        </w:rPr>
      </w:pPr>
    </w:p>
    <w:p w14:paraId="17CFBBBB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A brief overview of your situation</w:t>
      </w:r>
    </w:p>
    <w:p w14:paraId="1761BDB1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Key challenges or barriers</w:t>
      </w:r>
    </w:p>
    <w:p w14:paraId="1BB6F117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Experiences with services or support systems</w:t>
      </w:r>
    </w:p>
    <w:p w14:paraId="79DB873C" w14:textId="50992550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One example that best illustrates your experience</w:t>
      </w:r>
    </w:p>
    <w:p w14:paraId="75DFF836" w14:textId="0EFB7F9F" w:rsidR="009512A6" w:rsidRPr="00F151FD" w:rsidRDefault="00F151FD" w:rsidP="00F67910">
      <w:pPr>
        <w:spacing w:after="0"/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(</w:t>
      </w:r>
      <w:r w:rsidR="008719BB" w:rsidRPr="00F151FD">
        <w:rPr>
          <w:rFonts w:ascii="Century Gothic" w:hAnsi="Century Gothic"/>
          <w:i/>
          <w:iCs/>
        </w:rPr>
        <w:t>Focus on what has had the greatest impa</w:t>
      </w:r>
      <w:r>
        <w:rPr>
          <w:rFonts w:ascii="Century Gothic" w:hAnsi="Century Gothic"/>
          <w:i/>
          <w:iCs/>
        </w:rPr>
        <w:t>ct)</w:t>
      </w:r>
    </w:p>
    <w:p w14:paraId="2C4233B8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02C6D651" w14:textId="77777777" w:rsidR="009512A6" w:rsidRPr="00F151FD" w:rsidRDefault="008719BB" w:rsidP="00F67910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F151FD">
        <w:rPr>
          <w:rFonts w:ascii="Century Gothic" w:hAnsi="Century Gothic"/>
          <w:b/>
          <w:bCs/>
          <w:sz w:val="24"/>
          <w:szCs w:val="24"/>
        </w:rPr>
        <w:t>What This Has Meant in Practice</w:t>
      </w:r>
    </w:p>
    <w:p w14:paraId="211884F2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44B0EF23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Health and wellbeing</w:t>
      </w:r>
    </w:p>
    <w:p w14:paraId="52D2FD89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Employment, education, or financial impact</w:t>
      </w:r>
    </w:p>
    <w:p w14:paraId="03555939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Impact on family or daily life</w:t>
      </w:r>
    </w:p>
    <w:p w14:paraId="7C4C9B1F" w14:textId="77777777" w:rsidR="009512A6" w:rsidRPr="00F151FD" w:rsidRDefault="009512A6" w:rsidP="00F67910">
      <w:pPr>
        <w:spacing w:after="0" w:line="240" w:lineRule="auto"/>
        <w:rPr>
          <w:rFonts w:ascii="Century Gothic" w:hAnsi="Century Gothic"/>
        </w:rPr>
      </w:pPr>
    </w:p>
    <w:p w14:paraId="21E7F60B" w14:textId="77777777" w:rsidR="009512A6" w:rsidRPr="00F151FD" w:rsidRDefault="008719BB" w:rsidP="00F67910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F151FD">
        <w:rPr>
          <w:rFonts w:ascii="Century Gothic" w:hAnsi="Century Gothic"/>
          <w:b/>
          <w:bCs/>
          <w:sz w:val="24"/>
          <w:szCs w:val="24"/>
        </w:rPr>
        <w:t>Suggestions for Improvement</w:t>
      </w:r>
    </w:p>
    <w:p w14:paraId="5AD6BF43" w14:textId="77777777" w:rsidR="009512A6" w:rsidRPr="00F151FD" w:rsidRDefault="009512A6" w:rsidP="00F67910">
      <w:pPr>
        <w:spacing w:after="0" w:line="240" w:lineRule="auto"/>
        <w:rPr>
          <w:rFonts w:ascii="Century Gothic" w:hAnsi="Century Gothic"/>
        </w:rPr>
      </w:pPr>
    </w:p>
    <w:p w14:paraId="7B74612D" w14:textId="499004AA" w:rsidR="009512A6" w:rsidRPr="00F151FD" w:rsidRDefault="008719BB" w:rsidP="00F67910">
      <w:pPr>
        <w:spacing w:after="0"/>
        <w:rPr>
          <w:rFonts w:ascii="Century Gothic" w:hAnsi="Century Gothic"/>
          <w:i/>
          <w:iCs/>
        </w:rPr>
      </w:pPr>
      <w:r w:rsidRPr="00F151FD">
        <w:rPr>
          <w:rFonts w:ascii="Century Gothic" w:hAnsi="Century Gothic"/>
          <w:i/>
          <w:iCs/>
        </w:rPr>
        <w:t>What would make the biggest difference</w:t>
      </w:r>
      <w:r w:rsidR="00F151FD" w:rsidRPr="00F151FD">
        <w:rPr>
          <w:rFonts w:ascii="Century Gothic" w:hAnsi="Century Gothic"/>
          <w:i/>
          <w:iCs/>
        </w:rPr>
        <w:t>?</w:t>
      </w:r>
    </w:p>
    <w:p w14:paraId="3AC0F482" w14:textId="77777777" w:rsidR="009512A6" w:rsidRPr="00F151FD" w:rsidRDefault="009512A6" w:rsidP="00F67910">
      <w:pPr>
        <w:spacing w:after="0" w:line="240" w:lineRule="auto"/>
        <w:rPr>
          <w:rFonts w:ascii="Century Gothic" w:hAnsi="Century Gothic"/>
        </w:rPr>
      </w:pPr>
    </w:p>
    <w:p w14:paraId="1770EE21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What needs to change</w:t>
      </w:r>
    </w:p>
    <w:p w14:paraId="626C25BA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Who should be responsible</w:t>
      </w:r>
    </w:p>
    <w:p w14:paraId="4174A354" w14:textId="4F1FFE71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How this could work in practice</w:t>
      </w:r>
    </w:p>
    <w:p w14:paraId="32AAA8B4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1.</w:t>
      </w:r>
    </w:p>
    <w:p w14:paraId="5816DD67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2.</w:t>
      </w:r>
    </w:p>
    <w:p w14:paraId="05825BAF" w14:textId="77777777" w:rsidR="00A74F06" w:rsidRDefault="008719BB" w:rsidP="00F67910">
      <w:pPr>
        <w:spacing w:after="0" w:line="240" w:lineRule="auto"/>
        <w:rPr>
          <w:rFonts w:ascii="Century Gothic" w:hAnsi="Century Gothic"/>
        </w:rPr>
      </w:pPr>
      <w:r w:rsidRPr="00F151FD">
        <w:rPr>
          <w:rFonts w:ascii="Century Gothic" w:hAnsi="Century Gothic"/>
        </w:rPr>
        <w:t>3.</w:t>
      </w:r>
    </w:p>
    <w:p w14:paraId="3F2BB1A2" w14:textId="6CA80986" w:rsidR="009512A6" w:rsidRPr="00A74F06" w:rsidRDefault="008719BB" w:rsidP="00F67910">
      <w:pPr>
        <w:spacing w:after="0" w:line="240" w:lineRule="auto"/>
        <w:rPr>
          <w:rFonts w:ascii="Century Gothic" w:hAnsi="Century Gothic"/>
        </w:rPr>
      </w:pPr>
      <w:r w:rsidRPr="00F151FD">
        <w:rPr>
          <w:rFonts w:ascii="Century Gothic" w:hAnsi="Century Gothic"/>
          <w:i/>
          <w:iCs/>
        </w:rPr>
        <w:t>Clear, practical suggestions are most helpful.</w:t>
      </w:r>
    </w:p>
    <w:p w14:paraId="0A4A7AF0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665B0222" w14:textId="77777777" w:rsidR="009512A6" w:rsidRPr="00F151FD" w:rsidRDefault="008719BB" w:rsidP="00F67910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F151FD">
        <w:rPr>
          <w:rFonts w:ascii="Century Gothic" w:hAnsi="Century Gothic"/>
          <w:b/>
          <w:bCs/>
          <w:sz w:val="24"/>
          <w:szCs w:val="24"/>
        </w:rPr>
        <w:t>Conclusion</w:t>
      </w:r>
    </w:p>
    <w:p w14:paraId="4C6DADFD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26B8A25F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Thank you for considering this submission. I hope this perspective supports practical, meaningful improvements.</w:t>
      </w:r>
    </w:p>
    <w:p w14:paraId="1439D9BA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0A62656D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Please contact me if further information is required.</w:t>
      </w:r>
    </w:p>
    <w:p w14:paraId="7BD9CA8E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6D3CA01F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Yours sincerely,</w:t>
      </w:r>
    </w:p>
    <w:p w14:paraId="49D7ACE3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72106265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&lt;Your Full Name&gt;</w:t>
      </w:r>
    </w:p>
    <w:p w14:paraId="799BA60A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473F7005" w14:textId="77777777" w:rsidR="004D1DAD" w:rsidRDefault="004D1DAD" w:rsidP="00F67910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47BF010F" w14:textId="77777777" w:rsidR="004D1DAD" w:rsidRDefault="004D1DAD" w:rsidP="00F67910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4723CDDA" w14:textId="77777777" w:rsidR="004D1DAD" w:rsidRDefault="004D1DAD" w:rsidP="00F67910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7B7F31C5" w14:textId="77777777" w:rsidR="004D1DAD" w:rsidRDefault="004D1DAD" w:rsidP="00F67910">
      <w:pPr>
        <w:spacing w:after="0"/>
        <w:rPr>
          <w:rFonts w:ascii="Century Gothic" w:hAnsi="Century Gothic"/>
          <w:b/>
          <w:bCs/>
          <w:sz w:val="24"/>
          <w:szCs w:val="24"/>
        </w:rPr>
      </w:pPr>
    </w:p>
    <w:p w14:paraId="633DB675" w14:textId="439D1018" w:rsidR="009512A6" w:rsidRPr="00F151FD" w:rsidRDefault="008719BB" w:rsidP="00F67910">
      <w:pPr>
        <w:spacing w:after="0"/>
        <w:rPr>
          <w:rFonts w:ascii="Century Gothic" w:hAnsi="Century Gothic"/>
          <w:b/>
          <w:bCs/>
          <w:sz w:val="24"/>
          <w:szCs w:val="24"/>
        </w:rPr>
      </w:pPr>
      <w:r w:rsidRPr="00F151FD">
        <w:rPr>
          <w:rFonts w:ascii="Century Gothic" w:hAnsi="Century Gothic"/>
          <w:b/>
          <w:bCs/>
          <w:sz w:val="24"/>
          <w:szCs w:val="24"/>
        </w:rPr>
        <w:t>Publication and Privacy (Optional)</w:t>
      </w:r>
    </w:p>
    <w:p w14:paraId="518D84D6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3D2DF9E2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The Committee may publish submissions on its website. You may indicate your preference:</w:t>
      </w:r>
    </w:p>
    <w:p w14:paraId="27D81B69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28A0497D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I am happy for this submission to be published with my name</w:t>
      </w:r>
    </w:p>
    <w:p w14:paraId="282FF8AF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I am happy for this submission to be published without my name</w:t>
      </w:r>
    </w:p>
    <w:p w14:paraId="536414DC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• I request that this submission is treated as confidential</w:t>
      </w:r>
    </w:p>
    <w:p w14:paraId="41811A1B" w14:textId="77777777" w:rsidR="009512A6" w:rsidRPr="00F151FD" w:rsidRDefault="009512A6" w:rsidP="00F67910">
      <w:pPr>
        <w:spacing w:after="0"/>
        <w:rPr>
          <w:rFonts w:ascii="Century Gothic" w:hAnsi="Century Gothic"/>
        </w:rPr>
      </w:pPr>
    </w:p>
    <w:p w14:paraId="10D36404" w14:textId="77777777" w:rsidR="009512A6" w:rsidRPr="00F151FD" w:rsidRDefault="008719BB" w:rsidP="00F67910">
      <w:pPr>
        <w:spacing w:after="0"/>
        <w:rPr>
          <w:rFonts w:ascii="Century Gothic" w:hAnsi="Century Gothic"/>
        </w:rPr>
      </w:pPr>
      <w:r w:rsidRPr="00F151FD">
        <w:rPr>
          <w:rFonts w:ascii="Century Gothic" w:hAnsi="Century Gothic"/>
        </w:rPr>
        <w:t>If requesting confidentiality, you can mark “CONFIDENTIAL” at the top of your submission.</w:t>
      </w:r>
    </w:p>
    <w:sectPr w:rsidR="009512A6" w:rsidRPr="00F151FD" w:rsidSect="00F67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91" w:right="1758" w:bottom="1191" w:left="175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270DF" w14:textId="77777777" w:rsidR="001B0FAA" w:rsidRDefault="001B0FAA" w:rsidP="00A74F06">
      <w:pPr>
        <w:spacing w:after="0" w:line="240" w:lineRule="auto"/>
      </w:pPr>
      <w:r>
        <w:separator/>
      </w:r>
    </w:p>
  </w:endnote>
  <w:endnote w:type="continuationSeparator" w:id="0">
    <w:p w14:paraId="487E973F" w14:textId="77777777" w:rsidR="001B0FAA" w:rsidRDefault="001B0FAA" w:rsidP="00A74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2CC0" w14:textId="77777777" w:rsidR="00A74F06" w:rsidRDefault="00A74F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477F5" w14:textId="77777777" w:rsidR="00A74F06" w:rsidRDefault="00A74F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7FAB2" w14:textId="77777777" w:rsidR="00A74F06" w:rsidRDefault="00A74F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C0FB" w14:textId="77777777" w:rsidR="001B0FAA" w:rsidRDefault="001B0FAA" w:rsidP="00A74F06">
      <w:pPr>
        <w:spacing w:after="0" w:line="240" w:lineRule="auto"/>
      </w:pPr>
      <w:r>
        <w:separator/>
      </w:r>
    </w:p>
  </w:footnote>
  <w:footnote w:type="continuationSeparator" w:id="0">
    <w:p w14:paraId="5ED7FA4B" w14:textId="77777777" w:rsidR="001B0FAA" w:rsidRDefault="001B0FAA" w:rsidP="00A74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C386" w14:textId="77777777" w:rsidR="00A74F06" w:rsidRDefault="00A74F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9BA5" w14:textId="77777777" w:rsidR="00A74F06" w:rsidRDefault="00A74F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6C8D" w14:textId="77777777" w:rsidR="00A74F06" w:rsidRDefault="00A74F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6124191">
    <w:abstractNumId w:val="8"/>
  </w:num>
  <w:num w:numId="2" w16cid:durableId="1827894303">
    <w:abstractNumId w:val="6"/>
  </w:num>
  <w:num w:numId="3" w16cid:durableId="2029915296">
    <w:abstractNumId w:val="5"/>
  </w:num>
  <w:num w:numId="4" w16cid:durableId="1165323897">
    <w:abstractNumId w:val="4"/>
  </w:num>
  <w:num w:numId="5" w16cid:durableId="2784130">
    <w:abstractNumId w:val="7"/>
  </w:num>
  <w:num w:numId="6" w16cid:durableId="1428036919">
    <w:abstractNumId w:val="3"/>
  </w:num>
  <w:num w:numId="7" w16cid:durableId="547691706">
    <w:abstractNumId w:val="2"/>
  </w:num>
  <w:num w:numId="8" w16cid:durableId="1473325446">
    <w:abstractNumId w:val="1"/>
  </w:num>
  <w:num w:numId="9" w16cid:durableId="6306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21FA"/>
    <w:rsid w:val="00034616"/>
    <w:rsid w:val="0006063C"/>
    <w:rsid w:val="0015074B"/>
    <w:rsid w:val="001B0FAA"/>
    <w:rsid w:val="001C640A"/>
    <w:rsid w:val="00253DCF"/>
    <w:rsid w:val="0029639D"/>
    <w:rsid w:val="00326F90"/>
    <w:rsid w:val="004C5167"/>
    <w:rsid w:val="004D1DAD"/>
    <w:rsid w:val="00557BE3"/>
    <w:rsid w:val="00637857"/>
    <w:rsid w:val="006A7D0F"/>
    <w:rsid w:val="0076202C"/>
    <w:rsid w:val="007A33FC"/>
    <w:rsid w:val="008719BB"/>
    <w:rsid w:val="009152A6"/>
    <w:rsid w:val="009512A6"/>
    <w:rsid w:val="009756AD"/>
    <w:rsid w:val="00A74F06"/>
    <w:rsid w:val="00AA1D8D"/>
    <w:rsid w:val="00B36A49"/>
    <w:rsid w:val="00B47730"/>
    <w:rsid w:val="00CB0664"/>
    <w:rsid w:val="00E67C9E"/>
    <w:rsid w:val="00F151FD"/>
    <w:rsid w:val="00F67910"/>
    <w:rsid w:val="00FC2C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8D771C"/>
  <w14:defaultImageDpi w14:val="300"/>
  <w15:docId w15:val="{E50C0716-910A-42DA-A863-2F53BF43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Paul.Quilliam@epilepsytasmania.org.au</dc:creator>
  <cp:keywords/>
  <dc:description>generated by python-docx</dc:description>
  <cp:lastModifiedBy>Nerida Green</cp:lastModifiedBy>
  <cp:revision>2</cp:revision>
  <dcterms:created xsi:type="dcterms:W3CDTF">2026-04-15T04:31:00Z</dcterms:created>
  <dcterms:modified xsi:type="dcterms:W3CDTF">2026-04-15T04:31:00Z</dcterms:modified>
  <cp:category/>
</cp:coreProperties>
</file>