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6D21A" w14:textId="77777777" w:rsidR="00ED4A44" w:rsidRDefault="0044608F">
      <w:r>
        <w:rPr>
          <w:rFonts w:ascii="Century Gothic" w:eastAsia="Century Gothic" w:hAnsi="Century Gothic"/>
          <w:b/>
          <w:sz w:val="32"/>
        </w:rPr>
        <w:t>Preparing your submission (Clinicians)</w:t>
      </w:r>
    </w:p>
    <w:p w14:paraId="6F971259" w14:textId="77777777" w:rsidR="00ED4A44" w:rsidRDefault="0044608F">
      <w:r>
        <w:rPr>
          <w:rFonts w:ascii="Century Gothic" w:eastAsia="Century Gothic" w:hAnsi="Century Gothic"/>
        </w:rPr>
        <w:t>Submissions close 15 May 2026.</w:t>
      </w:r>
    </w:p>
    <w:p w14:paraId="11A7D78C" w14:textId="77777777" w:rsidR="00ED4A44" w:rsidRDefault="0044608F">
      <w:r>
        <w:rPr>
          <w:rFonts w:ascii="Century Gothic" w:eastAsia="Century Gothic" w:hAnsi="Century Gothic"/>
        </w:rPr>
        <w:t>https://www.aph.gov.au/Parliamentary_Business/Committees/Senate/Community_Affairs/EpilepsyinAustralia</w:t>
      </w:r>
    </w:p>
    <w:p w14:paraId="6F04C908" w14:textId="77777777" w:rsidR="00ED4A44" w:rsidRDefault="0044608F">
      <w:r>
        <w:rPr>
          <w:rFonts w:ascii="Century Gothic" w:eastAsia="Century Gothic" w:hAnsi="Century Gothic"/>
        </w:rPr>
        <w:t>• Focus on system-level insight</w:t>
      </w:r>
    </w:p>
    <w:p w14:paraId="25A13A6F" w14:textId="77777777" w:rsidR="00ED4A44" w:rsidRDefault="0044608F">
      <w:r>
        <w:rPr>
          <w:rFonts w:ascii="Century Gothic" w:eastAsia="Century Gothic" w:hAnsi="Century Gothic"/>
        </w:rPr>
        <w:t>• Use clinical examples</w:t>
      </w:r>
    </w:p>
    <w:p w14:paraId="354B77FC" w14:textId="77777777" w:rsidR="00ED4A44" w:rsidRDefault="0044608F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Provide implementable recommendations</w:t>
      </w:r>
    </w:p>
    <w:p w14:paraId="23FDD93C" w14:textId="77777777" w:rsidR="005C4824" w:rsidRDefault="005C4824">
      <w:pPr>
        <w:rPr>
          <w:rFonts w:ascii="Century Gothic" w:eastAsia="Century Gothic" w:hAnsi="Century Gothic"/>
        </w:rPr>
      </w:pPr>
    </w:p>
    <w:p w14:paraId="366675B6" w14:textId="77777777" w:rsidR="005C4824" w:rsidRPr="00EF31EE" w:rsidRDefault="005C4824" w:rsidP="005C4824">
      <w:pPr>
        <w:rPr>
          <w:rFonts w:ascii="Century Gothic" w:eastAsia="Century Gothic" w:hAnsi="Century Gothic"/>
          <w:b/>
          <w:sz w:val="32"/>
        </w:rPr>
      </w:pPr>
      <w:r w:rsidRPr="00EF31EE">
        <w:rPr>
          <w:rFonts w:ascii="Century Gothic" w:eastAsia="Century Gothic" w:hAnsi="Century Gothic"/>
          <w:b/>
          <w:sz w:val="32"/>
        </w:rPr>
        <w:t>Important – where to start</w:t>
      </w:r>
    </w:p>
    <w:p w14:paraId="13BE8563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  <w:highlight w:val="yellow"/>
        </w:rPr>
        <w:t>This first page is a guide only.</w:t>
      </w:r>
      <w:r w:rsidRPr="00EF31EE">
        <w:rPr>
          <w:rFonts w:ascii="Century Gothic" w:eastAsia="Century Gothic" w:hAnsi="Century Gothic"/>
        </w:rPr>
        <w:br/>
        <w:t>Do not write your submission on this page.</w:t>
      </w:r>
    </w:p>
    <w:p w14:paraId="0F0FD845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Segoe UI Emoji" w:eastAsia="Century Gothic" w:hAnsi="Segoe UI Emoji" w:cs="Segoe UI Emoji"/>
        </w:rPr>
        <w:t>➡️</w:t>
      </w:r>
      <w:r w:rsidRPr="00EF31EE">
        <w:rPr>
          <w:rFonts w:ascii="Century Gothic" w:eastAsia="Century Gothic" w:hAnsi="Century Gothic"/>
        </w:rPr>
        <w:t xml:space="preserve"> </w:t>
      </w:r>
      <w:r w:rsidRPr="00EF31EE">
        <w:rPr>
          <w:rFonts w:ascii="Century Gothic" w:eastAsia="Century Gothic" w:hAnsi="Century Gothic"/>
          <w:b/>
          <w:bCs/>
        </w:rPr>
        <w:t>Start your submission from Page 2</w:t>
      </w:r>
    </w:p>
    <w:p w14:paraId="6DE89678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>Please:</w:t>
      </w:r>
    </w:p>
    <w:p w14:paraId="0EE17DC5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Use Page 2 onwards as your template </w:t>
      </w:r>
    </w:p>
    <w:p w14:paraId="7BA2B1EC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Replace all placeholder text with your own content </w:t>
      </w:r>
    </w:p>
    <w:p w14:paraId="2B90B641" w14:textId="77777777" w:rsidR="005C4824" w:rsidRPr="00EF31EE" w:rsidRDefault="005C4824" w:rsidP="005C4824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>Delete any sections that are not relevant</w:t>
      </w:r>
    </w:p>
    <w:p w14:paraId="40E1EDA4" w14:textId="77777777" w:rsidR="005C4824" w:rsidRDefault="005C4824"/>
    <w:p w14:paraId="2B46D936" w14:textId="77777777" w:rsidR="00ED4A44" w:rsidRDefault="0044608F">
      <w:r>
        <w:br w:type="page"/>
      </w:r>
    </w:p>
    <w:p w14:paraId="5807BE37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lastRenderedPageBreak/>
        <w:t>&lt;Your Full Name&gt;</w:t>
      </w:r>
    </w:p>
    <w:p w14:paraId="3C191667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&lt;Your Address&gt;</w:t>
      </w:r>
    </w:p>
    <w:p w14:paraId="297D3FC4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&lt;City, State, Postcode&gt;</w:t>
      </w:r>
    </w:p>
    <w:p w14:paraId="45040D95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&lt;Email Address&gt;</w:t>
      </w:r>
    </w:p>
    <w:p w14:paraId="4789DCA1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&lt;Phone Number&gt;</w:t>
      </w:r>
    </w:p>
    <w:p w14:paraId="0EE1DB9E" w14:textId="77777777" w:rsidR="00ED4A44" w:rsidRDefault="00ED4A44" w:rsidP="005E547D">
      <w:pPr>
        <w:spacing w:after="0"/>
      </w:pPr>
    </w:p>
    <w:p w14:paraId="09B2E8AF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Committee Secretary</w:t>
      </w:r>
    </w:p>
    <w:p w14:paraId="2F954277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Senate Standing Committees on Community Affairs</w:t>
      </w:r>
    </w:p>
    <w:p w14:paraId="0C238E40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PO Box 6100</w:t>
      </w:r>
    </w:p>
    <w:p w14:paraId="4B14D782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Parliament House</w:t>
      </w:r>
    </w:p>
    <w:p w14:paraId="799C8125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Canberra ACT 2600</w:t>
      </w:r>
    </w:p>
    <w:p w14:paraId="0413705E" w14:textId="77777777" w:rsidR="00ED4A44" w:rsidRDefault="00ED4A44" w:rsidP="005E547D">
      <w:pPr>
        <w:spacing w:after="0"/>
      </w:pPr>
    </w:p>
    <w:p w14:paraId="78CA6670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[Date]</w:t>
      </w:r>
    </w:p>
    <w:p w14:paraId="07C8E1E8" w14:textId="77777777" w:rsidR="00ED4A44" w:rsidRDefault="00ED4A44" w:rsidP="005E547D">
      <w:pPr>
        <w:spacing w:after="0"/>
      </w:pPr>
    </w:p>
    <w:p w14:paraId="408F47A4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Dear Committee Secretary,</w:t>
      </w:r>
    </w:p>
    <w:p w14:paraId="6A9E112C" w14:textId="77777777" w:rsidR="002B39FD" w:rsidRDefault="002B39FD" w:rsidP="005E547D">
      <w:pPr>
        <w:spacing w:after="0"/>
      </w:pPr>
    </w:p>
    <w:p w14:paraId="53BC278F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  <w:b/>
        </w:rPr>
        <w:t>Re: Submission – Senate Inquiry into Epilepsy in Australia</w:t>
      </w:r>
    </w:p>
    <w:p w14:paraId="74466FA3" w14:textId="77777777" w:rsidR="00ED4A44" w:rsidRDefault="00ED4A44" w:rsidP="005E547D">
      <w:pPr>
        <w:spacing w:after="0"/>
      </w:pPr>
    </w:p>
    <w:p w14:paraId="4D35C67C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I am writing as a [clinician role] to provide a professional perspective on epilepsy care.</w:t>
      </w:r>
    </w:p>
    <w:p w14:paraId="709E7D4A" w14:textId="77777777" w:rsidR="002B39FD" w:rsidRDefault="002B39FD" w:rsidP="005E547D">
      <w:pPr>
        <w:spacing w:after="0"/>
      </w:pPr>
    </w:p>
    <w:p w14:paraId="230C7012" w14:textId="77777777" w:rsidR="00ED4A44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>Relevant areas of the Inquiry (optional)</w:t>
      </w:r>
    </w:p>
    <w:p w14:paraId="075DF3A1" w14:textId="004E0C24" w:rsidR="002B39FD" w:rsidRDefault="002B39FD" w:rsidP="005E547D">
      <w:pPr>
        <w:spacing w:after="0"/>
        <w:rPr>
          <w:rFonts w:ascii="Century Gothic" w:eastAsia="Century Gothic" w:hAnsi="Century Gothic"/>
          <w:bCs/>
        </w:rPr>
      </w:pPr>
      <w:r w:rsidRPr="002B39FD">
        <w:rPr>
          <w:rFonts w:ascii="Century Gothic" w:eastAsia="Century Gothic" w:hAnsi="Century Gothic"/>
          <w:bCs/>
        </w:rPr>
        <w:t>(You may include this or o</w:t>
      </w:r>
      <w:r>
        <w:rPr>
          <w:rFonts w:ascii="Century Gothic" w:eastAsia="Century Gothic" w:hAnsi="Century Gothic"/>
          <w:bCs/>
        </w:rPr>
        <w:t>m</w:t>
      </w:r>
      <w:r w:rsidRPr="002B39FD">
        <w:rPr>
          <w:rFonts w:ascii="Century Gothic" w:eastAsia="Century Gothic" w:hAnsi="Century Gothic"/>
          <w:bCs/>
        </w:rPr>
        <w:t>it it)</w:t>
      </w:r>
    </w:p>
    <w:p w14:paraId="6D436178" w14:textId="77777777" w:rsidR="002B39FD" w:rsidRPr="002B39FD" w:rsidRDefault="002B39FD" w:rsidP="005E547D">
      <w:pPr>
        <w:spacing w:after="0"/>
        <w:rPr>
          <w:bCs/>
        </w:rPr>
      </w:pPr>
    </w:p>
    <w:p w14:paraId="2F342108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Diagnosis and access to care</w:t>
      </w:r>
    </w:p>
    <w:p w14:paraId="7DE3F61C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Treatment and care pathways</w:t>
      </w:r>
    </w:p>
    <w:p w14:paraId="2D6597F2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Awareness, education, and safety</w:t>
      </w:r>
    </w:p>
    <w:p w14:paraId="2D82D77D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Research and data</w:t>
      </w:r>
    </w:p>
    <w:p w14:paraId="0F918F36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Lived experience and quality of life</w:t>
      </w:r>
    </w:p>
    <w:p w14:paraId="5E2FB1F4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(You may include this or leave it out.)</w:t>
      </w:r>
    </w:p>
    <w:p w14:paraId="66CAC557" w14:textId="77777777" w:rsidR="00ED4A44" w:rsidRDefault="00ED4A44" w:rsidP="005E547D">
      <w:pPr>
        <w:spacing w:after="0"/>
      </w:pPr>
    </w:p>
    <w:p w14:paraId="0C01836F" w14:textId="72FCA0D7" w:rsidR="00ED4A44" w:rsidRPr="002B39FD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 xml:space="preserve">Clinical </w:t>
      </w:r>
      <w:r w:rsidR="002B39FD" w:rsidRPr="002B39FD">
        <w:rPr>
          <w:rFonts w:ascii="Century Gothic" w:eastAsia="Century Gothic" w:hAnsi="Century Gothic"/>
          <w:b/>
          <w:sz w:val="24"/>
          <w:szCs w:val="24"/>
        </w:rPr>
        <w:t>P</w:t>
      </w:r>
      <w:r w:rsidRPr="002B39FD">
        <w:rPr>
          <w:rFonts w:ascii="Century Gothic" w:eastAsia="Century Gothic" w:hAnsi="Century Gothic"/>
          <w:b/>
          <w:sz w:val="24"/>
          <w:szCs w:val="24"/>
        </w:rPr>
        <w:t>erspective</w:t>
      </w:r>
    </w:p>
    <w:p w14:paraId="5AB1877C" w14:textId="77777777" w:rsidR="002B39FD" w:rsidRDefault="002B39FD" w:rsidP="005E547D">
      <w:pPr>
        <w:spacing w:after="0"/>
      </w:pPr>
    </w:p>
    <w:p w14:paraId="311BF139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Common patient challenges</w:t>
      </w:r>
    </w:p>
    <w:p w14:paraId="1801DE84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Gaps in care pathways</w:t>
      </w:r>
    </w:p>
    <w:p w14:paraId="1AC23A62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Access to diagnostics or services</w:t>
      </w:r>
    </w:p>
    <w:p w14:paraId="28467F92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Variation across regions or cohorts</w:t>
      </w:r>
    </w:p>
    <w:p w14:paraId="1E6371FE" w14:textId="77777777" w:rsidR="002B39FD" w:rsidRDefault="002B39FD" w:rsidP="005E547D">
      <w:pPr>
        <w:spacing w:after="0"/>
      </w:pPr>
    </w:p>
    <w:p w14:paraId="3398BFD5" w14:textId="4F08A61D" w:rsidR="00ED4A44" w:rsidRPr="002B39FD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 xml:space="preserve">System </w:t>
      </w:r>
      <w:r w:rsidR="002B39FD" w:rsidRPr="002B39FD">
        <w:rPr>
          <w:rFonts w:ascii="Century Gothic" w:eastAsia="Century Gothic" w:hAnsi="Century Gothic"/>
          <w:b/>
          <w:sz w:val="24"/>
          <w:szCs w:val="24"/>
        </w:rPr>
        <w:t>I</w:t>
      </w:r>
      <w:r w:rsidRPr="002B39FD">
        <w:rPr>
          <w:rFonts w:ascii="Century Gothic" w:eastAsia="Century Gothic" w:hAnsi="Century Gothic"/>
          <w:b/>
          <w:sz w:val="24"/>
          <w:szCs w:val="24"/>
        </w:rPr>
        <w:t>mpact</w:t>
      </w:r>
    </w:p>
    <w:p w14:paraId="1EF85A4A" w14:textId="77777777" w:rsidR="002B39FD" w:rsidRDefault="002B39FD" w:rsidP="005E547D">
      <w:pPr>
        <w:spacing w:after="0"/>
      </w:pPr>
    </w:p>
    <w:p w14:paraId="06042646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Impact on outcomes</w:t>
      </w:r>
    </w:p>
    <w:p w14:paraId="683D0160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Workforce or service pressures</w:t>
      </w:r>
    </w:p>
    <w:p w14:paraId="076AB7B0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Limitations in current models</w:t>
      </w:r>
    </w:p>
    <w:p w14:paraId="2134A518" w14:textId="77777777" w:rsidR="002B39FD" w:rsidRDefault="002B39FD" w:rsidP="005E547D">
      <w:pPr>
        <w:spacing w:after="0"/>
      </w:pPr>
    </w:p>
    <w:p w14:paraId="24159F6D" w14:textId="77777777" w:rsidR="00ED4A44" w:rsidRPr="002B39FD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>Recommendations</w:t>
      </w:r>
    </w:p>
    <w:p w14:paraId="6AAA2814" w14:textId="77777777" w:rsidR="002B39FD" w:rsidRDefault="002B39FD" w:rsidP="005E547D">
      <w:pPr>
        <w:spacing w:after="0"/>
      </w:pPr>
    </w:p>
    <w:p w14:paraId="6C91CCD2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What changes would improve outcomes?</w:t>
      </w:r>
    </w:p>
    <w:p w14:paraId="306B8548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Policy or funding changes</w:t>
      </w:r>
    </w:p>
    <w:p w14:paraId="27E4F1B3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Service delivery improvements</w:t>
      </w:r>
    </w:p>
    <w:p w14:paraId="15193200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Training or workforce needs</w:t>
      </w:r>
    </w:p>
    <w:p w14:paraId="1248E24C" w14:textId="77777777" w:rsidR="002B39FD" w:rsidRDefault="002B39FD" w:rsidP="005E547D">
      <w:pPr>
        <w:spacing w:after="0"/>
      </w:pPr>
    </w:p>
    <w:p w14:paraId="029FF8E7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 xml:space="preserve">1. </w:t>
      </w:r>
    </w:p>
    <w:p w14:paraId="4E1C73A9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 xml:space="preserve">2. </w:t>
      </w:r>
    </w:p>
    <w:p w14:paraId="348DE7A6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 xml:space="preserve">3. </w:t>
      </w:r>
    </w:p>
    <w:p w14:paraId="514D6822" w14:textId="77777777" w:rsidR="002B39FD" w:rsidRPr="002B39FD" w:rsidRDefault="002B39FD" w:rsidP="005E547D">
      <w:pPr>
        <w:spacing w:after="0"/>
        <w:rPr>
          <w:sz w:val="24"/>
          <w:szCs w:val="24"/>
        </w:rPr>
      </w:pPr>
    </w:p>
    <w:p w14:paraId="42FCA033" w14:textId="77777777" w:rsidR="00ED4A44" w:rsidRPr="002B39FD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>Conclusion</w:t>
      </w:r>
    </w:p>
    <w:p w14:paraId="2FD7072B" w14:textId="77777777" w:rsidR="002B39FD" w:rsidRDefault="002B39FD" w:rsidP="005E547D">
      <w:pPr>
        <w:spacing w:after="0"/>
      </w:pPr>
    </w:p>
    <w:p w14:paraId="709A96A5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Thank you for considering this submission. I hope this perspective supports practical, meaningful improvements.</w:t>
      </w:r>
    </w:p>
    <w:p w14:paraId="75923B23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Please contact me if further information is required.</w:t>
      </w:r>
    </w:p>
    <w:p w14:paraId="05F3B005" w14:textId="77777777" w:rsidR="00ED4A44" w:rsidRDefault="00ED4A44" w:rsidP="005E547D">
      <w:pPr>
        <w:spacing w:after="0"/>
      </w:pPr>
    </w:p>
    <w:p w14:paraId="70B45E7E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Yours sincerely,</w:t>
      </w:r>
    </w:p>
    <w:p w14:paraId="529A0E32" w14:textId="77777777" w:rsidR="00ED4A44" w:rsidRDefault="00ED4A44" w:rsidP="005E547D">
      <w:pPr>
        <w:spacing w:after="0"/>
      </w:pPr>
    </w:p>
    <w:p w14:paraId="7B1F68E8" w14:textId="77777777" w:rsidR="00ED4A44" w:rsidRDefault="0044608F" w:rsidP="005E547D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[Your Full Name]</w:t>
      </w:r>
    </w:p>
    <w:p w14:paraId="77755A06" w14:textId="77777777" w:rsidR="002B39FD" w:rsidRDefault="002B39FD" w:rsidP="005E547D">
      <w:pPr>
        <w:spacing w:after="0"/>
      </w:pPr>
    </w:p>
    <w:p w14:paraId="1703FCA3" w14:textId="77777777" w:rsidR="005E547D" w:rsidRDefault="005E547D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00FE3A93" w14:textId="77777777" w:rsidR="005E547D" w:rsidRDefault="005E547D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59C4E8B7" w14:textId="77777777" w:rsidR="005E547D" w:rsidRDefault="005E547D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6988B8C0" w14:textId="77777777" w:rsidR="005E547D" w:rsidRDefault="005E547D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7F0876D3" w14:textId="7220A5E2" w:rsidR="00ED4A44" w:rsidRPr="002B39FD" w:rsidRDefault="0044608F" w:rsidP="005E547D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2B39FD">
        <w:rPr>
          <w:rFonts w:ascii="Century Gothic" w:eastAsia="Century Gothic" w:hAnsi="Century Gothic"/>
          <w:b/>
          <w:sz w:val="24"/>
          <w:szCs w:val="24"/>
        </w:rPr>
        <w:t>Publication and privacy (optional)</w:t>
      </w:r>
    </w:p>
    <w:p w14:paraId="115DD652" w14:textId="77777777" w:rsidR="002B39FD" w:rsidRDefault="002B39FD" w:rsidP="005E547D">
      <w:pPr>
        <w:spacing w:after="0"/>
      </w:pPr>
    </w:p>
    <w:p w14:paraId="02C3883F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The Committee may publish submissions on its website. You may indicate your preference:</w:t>
      </w:r>
    </w:p>
    <w:p w14:paraId="224E9BA6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I am happy for this submission to be published with my name</w:t>
      </w:r>
    </w:p>
    <w:p w14:paraId="3CB60314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I am happy for this submission to be published without my name</w:t>
      </w:r>
    </w:p>
    <w:p w14:paraId="2DA0E398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• I request that this submission is treated as confidential</w:t>
      </w:r>
    </w:p>
    <w:p w14:paraId="10480315" w14:textId="77777777" w:rsidR="00ED4A44" w:rsidRDefault="0044608F" w:rsidP="005E547D">
      <w:pPr>
        <w:spacing w:after="0"/>
      </w:pPr>
      <w:r>
        <w:rPr>
          <w:rFonts w:ascii="Century Gothic" w:eastAsia="Century Gothic" w:hAnsi="Century Gothic"/>
        </w:rPr>
        <w:t>If requesting confidentiality, you can mark “CONFIDENTIAL” at the top of your submission.</w:t>
      </w:r>
    </w:p>
    <w:sectPr w:rsidR="00ED4A44" w:rsidSect="005E547D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9787166">
    <w:abstractNumId w:val="8"/>
  </w:num>
  <w:num w:numId="2" w16cid:durableId="1456799950">
    <w:abstractNumId w:val="6"/>
  </w:num>
  <w:num w:numId="3" w16cid:durableId="9836507">
    <w:abstractNumId w:val="5"/>
  </w:num>
  <w:num w:numId="4" w16cid:durableId="521867380">
    <w:abstractNumId w:val="4"/>
  </w:num>
  <w:num w:numId="5" w16cid:durableId="1079909265">
    <w:abstractNumId w:val="7"/>
  </w:num>
  <w:num w:numId="6" w16cid:durableId="56830142">
    <w:abstractNumId w:val="3"/>
  </w:num>
  <w:num w:numId="7" w16cid:durableId="207690186">
    <w:abstractNumId w:val="2"/>
  </w:num>
  <w:num w:numId="8" w16cid:durableId="1834292658">
    <w:abstractNumId w:val="1"/>
  </w:num>
  <w:num w:numId="9" w16cid:durableId="205377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39FD"/>
    <w:rsid w:val="00326F90"/>
    <w:rsid w:val="0044608F"/>
    <w:rsid w:val="005C4824"/>
    <w:rsid w:val="005E547D"/>
    <w:rsid w:val="00806A6F"/>
    <w:rsid w:val="009152A6"/>
    <w:rsid w:val="00AA1D8D"/>
    <w:rsid w:val="00B47730"/>
    <w:rsid w:val="00CB0664"/>
    <w:rsid w:val="00ED4A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26CA1"/>
  <w14:defaultImageDpi w14:val="300"/>
  <w15:docId w15:val="{E50C0716-910A-42DA-A863-2F53BF43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Paul.Quilliam@epilepsytasmania.org.au</dc:creator>
  <cp:keywords/>
  <dc:description>generated by python-docx</dc:description>
  <cp:lastModifiedBy>Paul Quilliam</cp:lastModifiedBy>
  <cp:revision>5</cp:revision>
  <dcterms:created xsi:type="dcterms:W3CDTF">2026-04-14T03:36:00Z</dcterms:created>
  <dcterms:modified xsi:type="dcterms:W3CDTF">2026-04-15T03:15:00Z</dcterms:modified>
  <cp:category/>
</cp:coreProperties>
</file>